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SR TRANSPORTADORA E LOCADORA DE CAMINHÕES S.A.</w:t>
      </w:r>
    </w:p>
    <w:p>
      <w:pPr>
        <w:jc w:val="center"/>
      </w:pPr>
      <w:r>
        <w:rPr>
          <w:b/>
          <w:sz w:val="26"/>
        </w:rPr>
        <w:t>POLÍTICA DE PRIVACIDADE E PROTEÇÃO DE DADOS</w:t>
      </w:r>
    </w:p>
    <w:p>
      <w:pPr>
        <w:jc w:val="center"/>
      </w:pPr>
      <w:r>
        <w:rPr>
          <w:b/>
          <w:sz w:val="22"/>
        </w:rPr>
        <w:t>(Site e WhatsApp)</w:t>
      </w:r>
    </w:p>
    <w:p>
      <w:r>
        <w:t>Esta Política de Privacidade descreve como a SR Transportadora trata as suas informações quando você navega em nosso site ou inicia um contato conosco via WhatsApp para agendar atendimentos ou solicitar informações sobre parcerias. Nossa atuação cumpre rigorosamente as obrigações da Lei Geral de Proteção de Dados (Lei nº 13.709/2018 - LGPD).</w:t>
      </w:r>
    </w:p>
    <w:p>
      <w:pPr>
        <w:pStyle w:val="Heading1"/>
      </w:pPr>
      <w:r>
        <w:t>1. COMO COLETAMOS SEUS DADOS PESSOAIS</w:t>
      </w:r>
    </w:p>
    <w:p>
      <w:r>
        <w:t>Nosso site funciona como um portal estritamente informativo. Coletamos informações de duas formas:</w:t>
      </w:r>
    </w:p>
    <w:p>
      <w:pPr>
        <w:pStyle w:val="ListBullet"/>
      </w:pPr>
      <w:r>
        <w:t>Interação via WhatsApp: Quando você clica em nosso botão de contato para tirar dúvidas sobre como ser um motorista parceiro ou para agendar uma reunião. Coletamos apenas seu nome, número de telefone e as informações que você redigir.</w:t>
      </w:r>
    </w:p>
    <w:p>
      <w:pPr>
        <w:pStyle w:val="ListBullet"/>
      </w:pPr>
      <w:r>
        <w:t>Dados de Navegação (Automáticos): Informações estatísticas anônimas coletadas pelos cookies do site (como o registro de que alguém clicou no botão do WhatsApp).</w:t>
      </w:r>
    </w:p>
    <w:p>
      <w:pPr>
        <w:pStyle w:val="Heading1"/>
      </w:pPr>
      <w:r>
        <w:t>2. MINIMIZAÇÃO DE DADOS E DIRETRIZES DE CONTATO</w:t>
      </w:r>
    </w:p>
    <w:p>
      <w:r>
        <w:t>Em respeito ao princípio da Não Coleta de Dados Excessivos (Art. 6º, III da LGPD), estabelecemos que:</w:t>
      </w:r>
    </w:p>
    <w:p>
      <w:pPr>
        <w:pStyle w:val="ListBullet"/>
      </w:pPr>
      <w:r>
        <w:t>O que NÃO coletamos no WhatsApp: Não solicitamos e orientamos que você não envie fotos de documentos (como CNH ou RG), fotos de veículos, comprovantes de residência ou dados bancários nesta etapa inicial.</w:t>
      </w:r>
    </w:p>
    <w:p>
      <w:pPr>
        <w:pStyle w:val="ListBullet"/>
      </w:pPr>
      <w:r>
        <w:t>Se o seu contato para agendamento ou interesse em parceria evoluir para uma contratação formal, você será direcionado para um canal interno seguro para o envio da documentação necessária.</w:t>
      </w:r>
    </w:p>
    <w:p>
      <w:pPr>
        <w:pStyle w:val="Heading1"/>
      </w:pPr>
      <w:r>
        <w:t>3. USO DE COOKIES</w:t>
      </w:r>
    </w:p>
    <w:p>
      <w:r>
        <w:t>Nosso site utiliza cookies exclusivamente técnicos e estatísticos:</w:t>
      </w:r>
    </w:p>
    <w:p>
      <w:pPr>
        <w:pStyle w:val="ListBullet"/>
      </w:pPr>
      <w:r>
        <w:t>Cookies Técnicos: Permitem que o site carregue corretamente e que o botão de redirecionamento para o WhatsApp funcione.</w:t>
      </w:r>
    </w:p>
    <w:p>
      <w:pPr>
        <w:pStyle w:val="ListBullet"/>
      </w:pPr>
      <w:r>
        <w:t>Cookies de Desempenho: Contabilizam o volume de visitas ao site de forma totalmente anônima, sem identificar os usuários.</w:t>
      </w:r>
    </w:p>
    <w:p>
      <w:r>
        <w:t>Você pode desabilitar os cookies alterando as configurações do seu navegador de internet.</w:t>
      </w:r>
    </w:p>
    <w:p>
      <w:pPr>
        <w:pStyle w:val="Heading1"/>
      </w:pPr>
      <w:r>
        <w:t>4. FINALIDADES E BASES LEGAIS DO TRATAMENTO</w:t>
      </w:r>
    </w:p>
    <w:p>
      <w:r>
        <w:t>Cada informação tratada possui uma justificativa legal estrita perante a LGPD:</w:t>
      </w:r>
    </w:p>
    <w:p>
      <w:pPr>
        <w:pStyle w:val="ListBullet"/>
      </w:pPr>
      <w:r>
        <w:t>Procedimentos Preliminares a Pedido do Titular (Art. 7º, V): Base legal que justifica o uso do seu nome e telefone para responder às suas dúvidas sobre parcerias ou efetivar o agendamento solicitado por você.</w:t>
      </w:r>
    </w:p>
    <w:p>
      <w:pPr>
        <w:pStyle w:val="ListBullet"/>
      </w:pPr>
      <w:r>
        <w:t>Legítimo Interesse do Controlador (Art. 7º, IX): Justifica a análise do volume de cliques no botão do WhatsApp para medir a eficiência do nosso site corporativo.</w:t>
      </w:r>
    </w:p>
    <w:p>
      <w:pPr>
        <w:pStyle w:val="Heading1"/>
      </w:pPr>
      <w:r>
        <w:t>5. COM QUEM COMPARTILHAMOS OS DADOS?</w:t>
      </w:r>
    </w:p>
    <w:p>
      <w:r>
        <w:t>Os dados do seu atendimento ficam restritos à SR Transportadora e não são compartilhados com parceiros comerciais ou terceiros para fins de publicidade. Eles passam apenas pela plataforma do WhatsApp (Meta) e por nossos provedores de hospedagem de sistemas sob rígidos contratos de confidencialidade.</w:t>
      </w:r>
    </w:p>
    <w:p>
      <w:pPr>
        <w:pStyle w:val="Heading1"/>
      </w:pPr>
      <w:r>
        <w:t>6. SEUS DIREITOS (Art. 18, LGPD)</w:t>
      </w:r>
    </w:p>
    <w:p>
      <w:r>
        <w:t>Você pode solicitar a qualquer momento a exclusão do seu histórico de mensagens ou a correção do seu nome em nossa lista de agendamentos. Para exercer esses direitos, basta enviar uma mensagem no próprio WhatsApp ou para o e-mail do nosso Encarregado de Dados (DPO): dpo@srtransportadora.com.br.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